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RELATORIO DE MANUTENCAO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Numero da ordem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 de entrada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 de conclusao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Cliente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Aparelho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IMEI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Defeito informado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Diagnostico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Servico realizado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Pecas utilizadas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Tecnico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Garantia do servico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Status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23B56"/>
          <w:sz w:val="21"/>
        </w:rPr>
        <w:t>Itens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3855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Descricao</w:t>
            </w:r>
          </w:p>
        </w:tc>
        <w:tc>
          <w:tcPr>
            <w:tcW w:type="dxa" w:w="850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Qtd.</w:t>
            </w:r>
          </w:p>
        </w:tc>
        <w:tc>
          <w:tcPr>
            <w:tcW w:type="dxa" w:w="113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unit.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total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1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2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3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4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5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6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RELATORIO DE MANUTENCAO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