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C7C7D"/>
          <w:sz w:val="18"/>
        </w:rPr>
        <w:t>DOCFLOW</w:t>
      </w:r>
    </w:p>
    <w:p>
      <w:pPr>
        <w:pStyle w:val="Title"/>
        <w:spacing w:after="80"/>
        <w:jc w:val="center"/>
      </w:pPr>
      <w:r>
        <w:rPr>
          <w:rFonts w:ascii="Arial" w:hAnsi="Arial"/>
          <w:b/>
          <w:color w:val="17242D"/>
          <w:sz w:val="34"/>
        </w:rPr>
        <w:t>FICHA DE ATENDIMENTO</w:t>
      </w:r>
    </w:p>
    <w:p>
      <w:pPr>
        <w:spacing w:after="200"/>
        <w:jc w:val="center"/>
      </w:pPr>
      <w:r>
        <w:rPr>
          <w:rFonts w:ascii="Arial" w:hAnsi="Arial"/>
          <w:b w:val="0"/>
          <w:color w:val="52656F"/>
          <w:sz w:val="16"/>
        </w:rPr>
        <w:t>ConectaCell Assistencia e Comercio de Celulares Ltda. - MODELO EDITAVEL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6633"/>
      </w:tblGrid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Protocolo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Data e hora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Cliente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CPF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Telefone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E-mail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Aparelho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IMEI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Motivo do atendimento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Responsavel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Status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Observacoes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</w:tbl>
    <w:p>
      <w:pPr>
        <w:spacing w:before="240"/>
      </w:pPr>
      <w:r>
        <w:rPr>
          <w:rFonts w:ascii="Arial" w:hAnsi="Arial"/>
          <w:b w:val="0"/>
          <w:color w:val="52656F"/>
          <w:sz w:val="16"/>
        </w:rPr>
        <w:t>Assinatura ou validacao: 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2656F"/>
        <w:sz w:val="14"/>
      </w:rPr>
      <w:t>DocFlow - Projeto Integrador - Turma 906 - Modelo ficticio para testes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ATENDIMENTO</dc:title>
  <dc:subject/>
  <dc:creator>DocFlow - Turma 906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